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5D468" w14:textId="60A37972" w:rsidR="00AA686A" w:rsidRDefault="00B53479">
      <w:pPr>
        <w:bidi/>
        <w:spacing w:after="60"/>
        <w:jc w:val="center"/>
      </w:pPr>
      <w:r>
        <w:rPr>
          <w:b/>
          <w:bCs/>
          <w:color w:val="1F4E79"/>
          <w:sz w:val="40"/>
          <w:szCs w:val="40"/>
          <w:rtl/>
          <w:cs/>
          <w:lang w:bidi="fa-IR"/>
        </w:rPr>
        <w:t>راهنمای کاربردی دستورات اوبونتو ۲۲</w:t>
      </w:r>
    </w:p>
    <w:p w14:paraId="6A2284A0" w14:textId="77777777" w:rsidR="00AA686A" w:rsidRDefault="00B53479">
      <w:pPr>
        <w:bidi/>
        <w:spacing w:after="200"/>
        <w:jc w:val="center"/>
      </w:pPr>
      <w:r>
        <w:rPr>
          <w:b/>
          <w:bCs/>
          <w:color w:val="595959"/>
          <w:sz w:val="28"/>
          <w:szCs w:val="28"/>
          <w:rtl/>
          <w:cs/>
          <w:lang w:bidi="fa-IR"/>
        </w:rPr>
        <w:t>ویژه کاربران ماشین‌های مجازی محاسباتی (HPC)</w:t>
      </w:r>
    </w:p>
    <w:p w14:paraId="4946EF14" w14:textId="77777777" w:rsidR="00AA686A" w:rsidRDefault="00B53479" w:rsidP="004558AC">
      <w:pPr>
        <w:bidi/>
        <w:spacing w:after="120"/>
      </w:pPr>
      <w:r>
        <w:rPr>
          <w:szCs w:val="24"/>
          <w:rtl/>
          <w:cs/>
          <w:lang w:bidi="fa-IR"/>
        </w:rPr>
        <w:t>این راهنما مجموعه‌ای از ۴۰ دستور پرکاربرد برای کار با فایل‌ها، انتقال داده، نصب نرم‌افزار، مدیریت پردازش‌ها و اجرای برنامه‌های محاسباتی است. عبارت‌های نمونه مانند USERNAME، SERVER_IP، PACKAGE_NAME و PID باید با مقدار واقعی جایگزین شوند.</w:t>
      </w:r>
    </w:p>
    <w:tbl>
      <w:tblPr>
        <w:bidiVisual/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AA686A" w14:paraId="53830802" w14:textId="77777777">
        <w:trPr>
          <w:jc w:val="center"/>
        </w:trPr>
        <w:tc>
          <w:tcPr>
            <w:tcW w:w="10426" w:type="dxa"/>
            <w:shd w:val="clear" w:color="auto" w:fill="FFF2C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4E9CE5" w14:textId="77777777" w:rsidR="00AA686A" w:rsidRDefault="00B53479" w:rsidP="004558AC">
            <w:pPr>
              <w:bidi/>
              <w:spacing w:after="0"/>
              <w:jc w:val="center"/>
            </w:pPr>
            <w:r>
              <w:rPr>
                <w:b/>
                <w:bCs/>
                <w:color w:val="805000"/>
                <w:szCs w:val="24"/>
                <w:rtl/>
                <w:cs/>
                <w:lang w:bidi="fa-IR"/>
              </w:rPr>
              <w:t>نکات مهم پیش از شروع</w:t>
            </w:r>
          </w:p>
          <w:p w14:paraId="7FE5D3BB" w14:textId="77777777" w:rsidR="00AA686A" w:rsidRDefault="00B53479" w:rsidP="004558AC">
            <w:pPr>
              <w:bidi/>
              <w:spacing w:after="20"/>
            </w:pPr>
            <w:r>
              <w:rPr>
                <w:sz w:val="22"/>
                <w:rtl/>
                <w:cs/>
                <w:lang w:bidi="fa-IR"/>
              </w:rPr>
              <w:t>• از اجرای پردازش‌هایی که بیش از CPU یا حافظه تخصیص‌یافته به ماشین مجازی مصرف می‌کنند خودداری کنید؛ برای بررسی تعداد هسته‌های در دسترس از دستور nproc استفاده کنید.</w:t>
            </w:r>
          </w:p>
          <w:p w14:paraId="2EF8A545" w14:textId="77777777" w:rsidR="00AA686A" w:rsidRDefault="00B53479" w:rsidP="004558AC">
            <w:pPr>
              <w:bidi/>
              <w:spacing w:after="20"/>
            </w:pPr>
            <w:r>
              <w:rPr>
                <w:sz w:val="22"/>
                <w:rtl/>
                <w:cs/>
                <w:lang w:bidi="fa-IR"/>
              </w:rPr>
              <w:t>• دستورات دارای sudo فقط برای کاربرانی قابل اجرا هستند که مجوز مدیریتی دارند. برای نصب نرم‌افزار، در صورت نداشتن دسترسی، با پشتیبانی سامانه تماس بگیرید.</w:t>
            </w:r>
          </w:p>
          <w:p w14:paraId="13E9171E" w14:textId="77777777" w:rsidR="00AA686A" w:rsidRDefault="00B53479" w:rsidP="004558AC">
            <w:pPr>
              <w:bidi/>
              <w:spacing w:after="20"/>
            </w:pPr>
            <w:r>
              <w:rPr>
                <w:sz w:val="22"/>
                <w:rtl/>
                <w:cs/>
                <w:lang w:bidi="fa-IR"/>
              </w:rPr>
              <w:t>• دستور rm -ri فایل‌ها و پوشه‌ها را حذف می‌کند؛ پیش از تأیید، مسیر و نام فایل‌ها را با دقت بررسی کنید.</w:t>
            </w:r>
          </w:p>
          <w:p w14:paraId="7028A593" w14:textId="77777777" w:rsidR="00AA686A" w:rsidRDefault="00B53479" w:rsidP="004558AC">
            <w:pPr>
              <w:bidi/>
              <w:spacing w:after="20"/>
            </w:pPr>
            <w:r>
              <w:rPr>
                <w:sz w:val="22"/>
                <w:rtl/>
                <w:cs/>
                <w:lang w:bidi="fa-IR"/>
              </w:rPr>
              <w:t>• دستورات scp و rsync در بخش انتقال فایل، معمولاً از ترمینال رایانه مبدأ اجرا می‌شوند. اتصال SSH و اطلاعات دسترسی باید از مسئول سامانه دریافت شود.</w:t>
            </w:r>
          </w:p>
          <w:p w14:paraId="6264E3C6" w14:textId="77777777" w:rsidR="00AA686A" w:rsidRDefault="00B53479" w:rsidP="004558AC">
            <w:pPr>
              <w:bidi/>
              <w:spacing w:after="20"/>
            </w:pPr>
            <w:r>
              <w:rPr>
                <w:sz w:val="22"/>
                <w:rtl/>
                <w:cs/>
                <w:lang w:bidi="fa-IR"/>
              </w:rPr>
              <w:t>• برای نصب بسته‌های Python از محیط مجازی استفاده کنید و از اجرای pip با sudo خودداری کنید.</w:t>
            </w:r>
          </w:p>
        </w:tc>
      </w:tr>
    </w:tbl>
    <w:p w14:paraId="64D70FD6" w14:textId="77777777" w:rsidR="00AA686A" w:rsidRDefault="00B53479" w:rsidP="004558AC">
      <w:pPr>
        <w:bidi/>
        <w:spacing w:before="160"/>
      </w:pPr>
      <w:r>
        <w:rPr>
          <w:b/>
          <w:bCs/>
          <w:color w:val="1F4E79"/>
          <w:sz w:val="28"/>
          <w:szCs w:val="28"/>
          <w:rtl/>
          <w:cs/>
          <w:lang w:bidi="fa-IR"/>
        </w:rPr>
        <w:t>۱. مسیرها و مدیریت فایل‌ها</w:t>
      </w:r>
    </w:p>
    <w:tbl>
      <w:tblPr>
        <w:tblStyle w:val="TableGrid"/>
        <w:bidiVisual/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600"/>
        <w:gridCol w:w="4976"/>
      </w:tblGrid>
      <w:tr w:rsidR="00AA686A" w14:paraId="1E11D75A" w14:textId="77777777">
        <w:trPr>
          <w:cantSplit/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78027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ردیف</w:t>
            </w:r>
          </w:p>
        </w:tc>
        <w:tc>
          <w:tcPr>
            <w:tcW w:w="460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4C11DD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دستور</w:t>
            </w:r>
          </w:p>
        </w:tc>
        <w:tc>
          <w:tcPr>
            <w:tcW w:w="497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561FE1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کاربرد</w:t>
            </w:r>
          </w:p>
        </w:tc>
      </w:tr>
      <w:tr w:rsidR="00AA686A" w14:paraId="0B29882F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7F5EA7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A5F0709" w14:textId="77777777" w:rsidR="00AA686A" w:rsidRPr="004558AC" w:rsidRDefault="00B53479">
            <w:pPr>
              <w:spacing w:after="0" w:line="252" w:lineRule="auto"/>
              <w:rPr>
                <w:rFonts w:asciiTheme="minorHAnsi" w:hAnsiTheme="minorHAnsi"/>
              </w:rPr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pwd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A9D99FD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مسیر پوشه‌ای که در حال حاضر داخل آن هستید.</w:t>
            </w:r>
          </w:p>
        </w:tc>
      </w:tr>
      <w:tr w:rsidR="00AA686A" w14:paraId="3B7F8C06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35A1D8F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32CD06A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ls -lah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94447B4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فایل‌ها و پوشه‌ها، شامل موارد مخفی، همراه با اندازه و جزئیات.</w:t>
            </w:r>
          </w:p>
        </w:tc>
      </w:tr>
      <w:tr w:rsidR="00AA686A" w14:paraId="2E61CB34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72B8E89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07D4C4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cd /path/to/folder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07A497B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رفتن به پوشه موردنظر؛ مسیر را با مسیر واقعی جایگزین کنید.</w:t>
            </w:r>
          </w:p>
        </w:tc>
      </w:tr>
      <w:tr w:rsidR="00AA686A" w14:paraId="0E29AE67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8BD435C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FCE067A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mkdir -p data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DDB3914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ساخت پوشه data؛ گزینه p در صورت نیاز پوشه‌های میانی را هم ایجاد می‌کند.</w:t>
            </w:r>
          </w:p>
        </w:tc>
      </w:tr>
      <w:tr w:rsidR="00AA686A" w14:paraId="70B727EC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0145BE3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1615B0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cp -r source/ destination/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24AF573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کپی کردن پوشه و محتوای آن؛ مسیر مبدأ و مقصد را بررسی کنید.</w:t>
            </w:r>
          </w:p>
        </w:tc>
      </w:tr>
      <w:tr w:rsidR="00AA686A" w14:paraId="2C1017D2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D837F32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8B381BE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mv oldname newname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9855B66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تغییر نام یا جابه‌جایی فایل و پوشه.</w:t>
            </w:r>
          </w:p>
        </w:tc>
      </w:tr>
      <w:tr w:rsidR="00AA686A" w14:paraId="421B74BF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6E9CDF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84D8BA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rm -ri folder/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97B1683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حذف تعاملی پوشه و محتویات آن؛ هر حذف را با دقت تأیید کنید.</w:t>
            </w:r>
          </w:p>
        </w:tc>
      </w:tr>
      <w:tr w:rsidR="00AA686A" w14:paraId="7EBF470A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25A9AC1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8EFB002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grep -R "keyword" .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E402B04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جست‌وجوی یک عبارت در فایل‌های پوشه فعلی و زیرپوشه‌های آن.</w:t>
            </w:r>
          </w:p>
        </w:tc>
      </w:tr>
      <w:tr w:rsidR="00AA686A" w14:paraId="1D7168CC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B153DF3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8F65BBC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chmod +x script.sh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E2A0793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دادن مجوز اجرا به اسکریپت؛ پس از آن می‌توان اسکریپت را اجرا کرد.</w:t>
            </w:r>
          </w:p>
        </w:tc>
      </w:tr>
    </w:tbl>
    <w:p w14:paraId="22CE1E25" w14:textId="77777777" w:rsidR="00AA686A" w:rsidRDefault="00B53479" w:rsidP="004558AC">
      <w:pPr>
        <w:bidi/>
        <w:spacing w:before="160"/>
      </w:pPr>
      <w:r>
        <w:rPr>
          <w:b/>
          <w:bCs/>
          <w:color w:val="1F4E79"/>
          <w:sz w:val="28"/>
          <w:szCs w:val="28"/>
          <w:rtl/>
          <w:cs/>
          <w:lang w:bidi="fa-IR"/>
        </w:rPr>
        <w:t>۲. بررسی منابع و پردازش‌ها</w:t>
      </w:r>
    </w:p>
    <w:tbl>
      <w:tblPr>
        <w:tblStyle w:val="TableGrid"/>
        <w:bidiVisual/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600"/>
        <w:gridCol w:w="4976"/>
      </w:tblGrid>
      <w:tr w:rsidR="00AA686A" w14:paraId="389EACB5" w14:textId="77777777">
        <w:trPr>
          <w:cantSplit/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74895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ردیف</w:t>
            </w:r>
          </w:p>
        </w:tc>
        <w:tc>
          <w:tcPr>
            <w:tcW w:w="460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85F7D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دستور</w:t>
            </w:r>
          </w:p>
        </w:tc>
        <w:tc>
          <w:tcPr>
            <w:tcW w:w="497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13E3CE" w14:textId="77777777" w:rsidR="00AA686A" w:rsidRDefault="00B53479">
            <w:pPr>
              <w:bidi/>
              <w:spacing w:after="0" w:line="252" w:lineRule="auto"/>
              <w:jc w:val="center"/>
              <w:rPr>
                <w:b/>
                <w:bCs/>
                <w:color w:val="FFFFFF"/>
                <w:sz w:val="22"/>
                <w:rtl/>
                <w:cs/>
                <w:lang w:bidi="fa-IR"/>
              </w:rPr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کاربرد</w:t>
            </w:r>
          </w:p>
          <w:p w14:paraId="1253EC58" w14:textId="7A76E3F3" w:rsidR="00E23AD9" w:rsidRPr="00E23AD9" w:rsidRDefault="00E23AD9" w:rsidP="00E23AD9">
            <w:pPr>
              <w:bidi/>
            </w:pPr>
          </w:p>
        </w:tc>
      </w:tr>
      <w:tr w:rsidR="00AA686A" w14:paraId="18704115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A547332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4D41E07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df -h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890DCB7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فضای آزاد و مصرف‌شده دیسک‌ها با واحدهای خوانا.</w:t>
            </w:r>
          </w:p>
        </w:tc>
      </w:tr>
      <w:tr w:rsidR="00AA686A" w14:paraId="75321D55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57D8BFC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C7015B7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du -sh folder/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2FDFF25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حجم کل یک پوشه.</w:t>
            </w:r>
          </w:p>
        </w:tc>
      </w:tr>
      <w:tr w:rsidR="00AA686A" w14:paraId="1154DA36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E9C3F7D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B3C70C1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free -h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8BE8DDC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وضعیت حافظه RAM و فضای Swap.</w:t>
            </w:r>
          </w:p>
        </w:tc>
      </w:tr>
      <w:tr w:rsidR="00AA686A" w14:paraId="38D845BC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F440050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ECCEDD4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nproc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6CCC617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تعداد پردازنده‌های منطقی در دسترس محیط فعلی؛ مبنای مناسبی برای تنظیم تعداد پردازش‌های موازی است.</w:t>
            </w:r>
          </w:p>
        </w:tc>
      </w:tr>
      <w:tr w:rsidR="00AA686A" w14:paraId="14477E59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BF80DEB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3ADB4B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top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FBADCE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زنده مصرف CPU، حافظه و پردازش‌ها؛ برای خروج کلید q را بزنید.</w:t>
            </w:r>
          </w:p>
        </w:tc>
      </w:tr>
      <w:tr w:rsidR="00AA686A" w14:paraId="1065CABD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5C6CCE3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6AEEEEB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ps aux | grep python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1067AB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جست‌وجوی پردازش‌های مرتبط با Python؛ نام برنامه را می‌توان جایگزین python کرد.</w:t>
            </w:r>
          </w:p>
        </w:tc>
      </w:tr>
      <w:tr w:rsidR="00AA686A" w14:paraId="1E1CECFE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C1F704E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2437F2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kill PID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1831DDA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درخواست توقف عادی یک پردازش با شناسه PID؛ شناسه را از خروجی ps یا top پیدا کنید.</w:t>
            </w:r>
          </w:p>
        </w:tc>
      </w:tr>
      <w:tr w:rsidR="00AA686A" w14:paraId="38766F9A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BC99F9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6BD8A9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whoami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0639C77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نام کاربری فعلی.</w:t>
            </w:r>
          </w:p>
        </w:tc>
      </w:tr>
    </w:tbl>
    <w:p w14:paraId="32A42FDA" w14:textId="77777777" w:rsidR="00AA686A" w:rsidRDefault="00B53479" w:rsidP="004558AC">
      <w:pPr>
        <w:bidi/>
        <w:spacing w:before="160"/>
      </w:pPr>
      <w:r>
        <w:rPr>
          <w:b/>
          <w:bCs/>
          <w:color w:val="1F4E79"/>
          <w:sz w:val="28"/>
          <w:szCs w:val="28"/>
          <w:rtl/>
          <w:cs/>
          <w:lang w:bidi="fa-IR"/>
        </w:rPr>
        <w:t>۳. رمز عبور، اتصال و انتقال فایل</w:t>
      </w:r>
    </w:p>
    <w:tbl>
      <w:tblPr>
        <w:tblStyle w:val="TableGrid"/>
        <w:bidiVisual/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600"/>
        <w:gridCol w:w="4976"/>
      </w:tblGrid>
      <w:tr w:rsidR="00AA686A" w14:paraId="0A1FF068" w14:textId="77777777">
        <w:trPr>
          <w:cantSplit/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C8DEB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ردیف</w:t>
            </w:r>
          </w:p>
        </w:tc>
        <w:tc>
          <w:tcPr>
            <w:tcW w:w="460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D5466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دستور</w:t>
            </w:r>
          </w:p>
        </w:tc>
        <w:tc>
          <w:tcPr>
            <w:tcW w:w="497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BB9B4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کاربرد</w:t>
            </w:r>
          </w:p>
        </w:tc>
      </w:tr>
      <w:tr w:rsidR="00AA686A" w14:paraId="38DF3C87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6567A3C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9C08F8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passwd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10DC47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تغییر رمز عبور حساب فعلی؛ معمولاً رمز فعلی نیز درخواست می‌شود.</w:t>
            </w:r>
          </w:p>
        </w:tc>
      </w:tr>
      <w:tr w:rsidR="00AA686A" w14:paraId="4FB04241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721CB61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6842BE5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passwd USERNAME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794B9FE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تنظیم رمز جدید برای کاربر مشخص؛ فقط مدیر یا کاربر دارای مجوز sudo می‌تواند از آن استفاده کند.</w:t>
            </w:r>
          </w:p>
        </w:tc>
      </w:tr>
      <w:tr w:rsidR="00AA686A" w14:paraId="5A6CF06E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7EA908E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CB8625D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ssh USERNAME@SERVER_IP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8A26E45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اتصال امن به ماشین مجازی از طریق SSH؛ نام کاربری و IP را جایگزین کنید.</w:t>
            </w:r>
          </w:p>
        </w:tc>
      </w:tr>
      <w:tr w:rsidR="00AA686A" w14:paraId="1C54CCD9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050A1FA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062AA84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scp file.zip USERNAME@SERVER_IP:/home/USERNAME/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4347AB8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ارسال فایل از رایانه مبدأ به پوشه خانگی کاربر روی ماشین مجازی؛ این دستور را در ترمینال مبدأ اجرا کنید.</w:t>
            </w:r>
          </w:p>
        </w:tc>
      </w:tr>
      <w:tr w:rsidR="00AA686A" w14:paraId="5461250D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C4358CD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EB2A49D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scp USERNAME@SERVER_IP:/home/USERNAME/file.zip .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661E37D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دریافت فایل از ماشین مجازی به پوشه فعلی رایانه مبدأ؛ نقطه انتهایی یعنی پوشه فعلی.</w:t>
            </w:r>
          </w:p>
        </w:tc>
      </w:tr>
      <w:tr w:rsidR="00AA686A" w14:paraId="49738616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DD73A1E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4DD54EF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rsync -avP folder/ USERNAME@SERVER_IP:/home/USERNAME/folder/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102BF8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انتقال یا همگام‌سازی پوشه با نمایش پیشرفت؛ برای انتقال معکوس، مبدأ و مقصد را جابه‌جا کنید.</w:t>
            </w:r>
          </w:p>
        </w:tc>
      </w:tr>
    </w:tbl>
    <w:p w14:paraId="6FEBCE49" w14:textId="77777777" w:rsidR="00AA686A" w:rsidRDefault="00B53479" w:rsidP="004558AC">
      <w:pPr>
        <w:bidi/>
        <w:spacing w:before="160"/>
      </w:pPr>
      <w:r>
        <w:rPr>
          <w:b/>
          <w:bCs/>
          <w:color w:val="1F4E79"/>
          <w:sz w:val="28"/>
          <w:szCs w:val="28"/>
          <w:rtl/>
          <w:cs/>
          <w:lang w:bidi="fa-IR"/>
        </w:rPr>
        <w:t>۴. نصب نرم‌افزار و اجرای Python</w:t>
      </w:r>
    </w:p>
    <w:tbl>
      <w:tblPr>
        <w:tblStyle w:val="TableGrid"/>
        <w:bidiVisual/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600"/>
        <w:gridCol w:w="4976"/>
      </w:tblGrid>
      <w:tr w:rsidR="00AA686A" w14:paraId="54B8B149" w14:textId="77777777">
        <w:trPr>
          <w:cantSplit/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55AD9F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ردیف</w:t>
            </w:r>
          </w:p>
        </w:tc>
        <w:tc>
          <w:tcPr>
            <w:tcW w:w="460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28434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دستور</w:t>
            </w:r>
          </w:p>
        </w:tc>
        <w:tc>
          <w:tcPr>
            <w:tcW w:w="497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697C1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کاربرد</w:t>
            </w:r>
          </w:p>
        </w:tc>
      </w:tr>
      <w:tr w:rsidR="00AA686A" w14:paraId="3149487E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C76261E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BA13C9D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apt update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39F4C92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به‌روزرسانی فهرست بسته‌های نرم‌افزاری؛ این دستور به‌تنهایی نرم‌افزارهای نصب‌شده را ارتقا نمی‌دهد.</w:t>
            </w:r>
          </w:p>
        </w:tc>
      </w:tr>
      <w:tr w:rsidR="00AA686A" w14:paraId="4B273C8B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36EE03D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F9D7587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apt install PACKAGE_NAME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6B28F10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نصب یک بسته از مخازن Ubuntu؛ به‌جای PACKAGE_NAME نام بسته را وارد کنید. برای نصب به مجوز sudo نیاز است.</w:t>
            </w:r>
          </w:p>
        </w:tc>
      </w:tr>
      <w:tr w:rsidR="00AA686A" w14:paraId="7C04E6BE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B4A7145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1E83690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sudo apt remove PACKAGE_NAME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4820BA1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حذف یک بسته نصب‌شده از طریق apt.</w:t>
            </w:r>
          </w:p>
        </w:tc>
      </w:tr>
      <w:tr w:rsidR="00AA686A" w14:paraId="05F0D88D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314FD42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744BF18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python3 --version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363C7B2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نسخه Python 3 نصب‌شده.</w:t>
            </w:r>
          </w:p>
        </w:tc>
      </w:tr>
      <w:tr w:rsidR="00AA686A" w14:paraId="55E954B3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3B04762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CAF29E2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python3 -m venv .venv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6E68E2F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ساخت محیط مجازی Python با نام .venv در پوشه فعلی.</w:t>
            </w:r>
          </w:p>
        </w:tc>
      </w:tr>
      <w:tr w:rsidR="00AA686A" w14:paraId="423B9F6C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36336A2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033DC5D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source .venv/bin/activate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099AAD6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فعال‌سازی محیط مجازی؛ پس از فعال‌سازی، بسته‌ها در همین محیط نصب می‌شوند.</w:t>
            </w:r>
          </w:p>
        </w:tc>
      </w:tr>
      <w:tr w:rsidR="00AA686A" w14:paraId="4644F79A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45FB73F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705AA86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python3 -m pip install numpy scipy pandas matplotlib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F6BD130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نصب چند کتابخانه رایج محاسبات علمی و تحلیل داده در محیط مجازی فعال.</w:t>
            </w:r>
          </w:p>
        </w:tc>
      </w:tr>
      <w:tr w:rsidR="00AA686A" w14:paraId="573FFF57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DBAEA1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CC72E9B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python3 script.py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053BB29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اجرای اسکریپت Python با نام script.py.</w:t>
            </w:r>
          </w:p>
        </w:tc>
      </w:tr>
      <w:tr w:rsidR="00AA686A" w14:paraId="65EA5D4D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D3398BA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F76F588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nohup python3 script.py &gt; run.log 2&gt;&amp;1 &amp;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1B633B5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اجرای برنامه در پس‌زمینه و ذخیره خروجی و خطاها در run.log؛ برای کارهای طولانی مناسب است.</w:t>
            </w:r>
          </w:p>
        </w:tc>
      </w:tr>
      <w:tr w:rsidR="00AA686A" w14:paraId="1B9DF3BE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B0A35CD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1BEE9B8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tail -f run.log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418EF38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مشاهده زنده انتهای فایل گزارش؛ با Ctrl+C فقط مشاهده گزارش متوقف می‌شود.</w:t>
            </w:r>
          </w:p>
        </w:tc>
      </w:tr>
    </w:tbl>
    <w:p w14:paraId="159C7394" w14:textId="77777777" w:rsidR="00AA686A" w:rsidRDefault="00B53479" w:rsidP="004558AC">
      <w:pPr>
        <w:bidi/>
        <w:spacing w:before="160"/>
      </w:pPr>
      <w:r>
        <w:rPr>
          <w:b/>
          <w:bCs/>
          <w:color w:val="1F4E79"/>
          <w:sz w:val="28"/>
          <w:szCs w:val="28"/>
          <w:rtl/>
          <w:cs/>
          <w:lang w:bidi="fa-IR"/>
        </w:rPr>
        <w:t>۵. کامپایل و اجرای برنامه‌های محاسباتی</w:t>
      </w:r>
    </w:p>
    <w:tbl>
      <w:tblPr>
        <w:tblStyle w:val="TableGrid"/>
        <w:bidiVisual/>
        <w:tblW w:w="10426" w:type="dxa"/>
        <w:jc w:val="center"/>
        <w:tblLayout w:type="fixed"/>
        <w:tblLook w:val="04A0" w:firstRow="1" w:lastRow="0" w:firstColumn="1" w:lastColumn="0" w:noHBand="0" w:noVBand="1"/>
      </w:tblPr>
      <w:tblGrid>
        <w:gridCol w:w="850"/>
        <w:gridCol w:w="4600"/>
        <w:gridCol w:w="4976"/>
      </w:tblGrid>
      <w:tr w:rsidR="00AA686A" w14:paraId="6E27F190" w14:textId="77777777">
        <w:trPr>
          <w:cantSplit/>
          <w:tblHeader/>
          <w:jc w:val="center"/>
        </w:trPr>
        <w:tc>
          <w:tcPr>
            <w:tcW w:w="85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AA70B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ردیف</w:t>
            </w:r>
          </w:p>
        </w:tc>
        <w:tc>
          <w:tcPr>
            <w:tcW w:w="4600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72643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دستور</w:t>
            </w:r>
          </w:p>
        </w:tc>
        <w:tc>
          <w:tcPr>
            <w:tcW w:w="4976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3CD4E" w14:textId="77777777" w:rsidR="00AA686A" w:rsidRDefault="00B53479">
            <w:pPr>
              <w:bidi/>
              <w:spacing w:after="0" w:line="252" w:lineRule="auto"/>
              <w:jc w:val="center"/>
            </w:pPr>
            <w:r>
              <w:rPr>
                <w:b/>
                <w:bCs/>
                <w:color w:val="FFFFFF"/>
                <w:sz w:val="22"/>
                <w:rtl/>
                <w:cs/>
                <w:lang w:bidi="fa-IR"/>
              </w:rPr>
              <w:t>کاربرد</w:t>
            </w:r>
          </w:p>
        </w:tc>
      </w:tr>
      <w:tr w:rsidR="00AA686A" w14:paraId="3506B79D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6B256A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2870FF9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gcc main.c -O2 -fopenmp -o main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7CB3B2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کامپایل برنامه C با بهینه‌سازی و پشتیبانی OpenMP؛ اگر برنامه OpenMP ندارد، گزینه -fopenmp را حذف کنید.</w:t>
            </w:r>
          </w:p>
        </w:tc>
      </w:tr>
      <w:tr w:rsidR="00AA686A" w14:paraId="26A1D9AB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DBED6ED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483A94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g++ main.cpp -O2 -o main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6FC42F7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کامپایل برنامه C++ با بهینه‌سازی و تولید فایل اجرایی main.</w:t>
            </w:r>
          </w:p>
        </w:tc>
      </w:tr>
      <w:tr w:rsidR="00AA686A" w14:paraId="6D089939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A284A17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6AF2D71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gfortran main.f90 -O2 -o main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96F4721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کامپایل برنامه Fortran با بهینه‌سازی و تولید فایل اجرایی main.</w:t>
            </w:r>
          </w:p>
        </w:tc>
      </w:tr>
      <w:tr w:rsidR="00AA686A" w14:paraId="6E315D3C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EB108C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DE6B9FA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mpicc parallel.c -O2 -o parallel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779940B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کامپایل برنامه C مبتنی بر MPI؛ نصب بودن OpenMPI و ابزارهای توسعه آن لازم است.</w:t>
            </w:r>
          </w:p>
        </w:tc>
      </w:tr>
      <w:tr w:rsidR="00AA686A" w14:paraId="13DE4643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6D2AE92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B8006E9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mpirun -np 4 ./parallel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995D377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اجرای برنامه MPI با ۴ پردازش؛ تعداد پردازش‌ها را از تعداد هسته‌های تخصیص‌یافته بیشتر نکنید.</w:t>
            </w:r>
          </w:p>
        </w:tc>
      </w:tr>
      <w:tr w:rsidR="00AA686A" w14:paraId="52284E89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13A3D7F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2562414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OMP_NUM_THREADS=4 ./main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DB2DF2A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اجرای برنامه با درخواست ۴ رشته OpenMP؛ برنامه باید با پشتیبانی OpenMP کامپایل شده باشد.</w:t>
            </w:r>
          </w:p>
        </w:tc>
      </w:tr>
      <w:tr w:rsidR="00AA686A" w14:paraId="0B346E26" w14:textId="77777777">
        <w:trPr>
          <w:cantSplit/>
          <w:jc w:val="center"/>
        </w:trPr>
        <w:tc>
          <w:tcPr>
            <w:tcW w:w="850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6F59B668" w14:textId="77777777" w:rsidR="00AA686A" w:rsidRDefault="00B53479">
            <w:pPr>
              <w:spacing w:after="0" w:line="252" w:lineRule="auto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4600" w:type="dxa"/>
            <w:shd w:val="clear" w:color="auto" w:fill="F5F7F9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FB7AF69" w14:textId="77777777" w:rsidR="00AA686A" w:rsidRDefault="00B53479">
            <w:pPr>
              <w:spacing w:after="0" w:line="252" w:lineRule="auto"/>
            </w:pPr>
            <w:r>
              <w:rPr>
                <w:rFonts w:ascii="Consolas" w:eastAsia="Consolas" w:hAnsi="Consolas" w:cs="Consolas"/>
                <w:sz w:val="18"/>
                <w:szCs w:val="18"/>
              </w:rPr>
              <w:t>nvidia-smi</w:t>
            </w:r>
          </w:p>
        </w:tc>
        <w:tc>
          <w:tcPr>
            <w:tcW w:w="4976" w:type="dxa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4D14442" w14:textId="77777777" w:rsidR="00AA686A" w:rsidRDefault="00B53479" w:rsidP="004558AC">
            <w:pPr>
              <w:bidi/>
              <w:spacing w:after="0" w:line="252" w:lineRule="auto"/>
            </w:pPr>
            <w:r>
              <w:rPr>
                <w:sz w:val="21"/>
                <w:szCs w:val="21"/>
                <w:rtl/>
                <w:cs/>
                <w:lang w:bidi="fa-IR"/>
              </w:rPr>
              <w:t>نمایش وضعیت GPUهای NVIDIA، حافظه و پردازش‌های GPU؛ فقط در ماشین‌هایی کاربرد دارد که GPU و درایور مربوطه در اختیارشان قرار گرفته است.</w:t>
            </w:r>
          </w:p>
        </w:tc>
      </w:tr>
    </w:tbl>
    <w:p w14:paraId="276A88BC" w14:textId="77777777" w:rsidR="004558AC" w:rsidRDefault="004558AC" w:rsidP="004558AC">
      <w:pPr>
        <w:bidi/>
        <w:spacing w:before="200"/>
        <w:rPr>
          <w:b/>
          <w:bCs/>
          <w:color w:val="1F4E79"/>
          <w:sz w:val="26"/>
          <w:szCs w:val="26"/>
          <w:rtl/>
          <w:cs/>
          <w:lang w:bidi="fa-IR"/>
        </w:rPr>
      </w:pPr>
    </w:p>
    <w:p w14:paraId="757256EF" w14:textId="64518BBC" w:rsidR="00AA686A" w:rsidRDefault="00B53479" w:rsidP="004558AC">
      <w:pPr>
        <w:bidi/>
        <w:spacing w:before="200"/>
      </w:pPr>
      <w:r>
        <w:rPr>
          <w:b/>
          <w:bCs/>
          <w:color w:val="1F4E79"/>
          <w:sz w:val="26"/>
          <w:szCs w:val="26"/>
          <w:rtl/>
          <w:cs/>
          <w:lang w:bidi="fa-IR"/>
        </w:rPr>
        <w:lastRenderedPageBreak/>
        <w:t>راهنمای سریع عیب‌یابی</w:t>
      </w:r>
    </w:p>
    <w:p w14:paraId="3E7DF254" w14:textId="77777777" w:rsidR="00AA686A" w:rsidRDefault="00B53479" w:rsidP="004558AC">
      <w:pPr>
        <w:bidi/>
        <w:spacing w:after="40"/>
      </w:pPr>
      <w:r>
        <w:rPr>
          <w:sz w:val="22"/>
          <w:rtl/>
          <w:cs/>
          <w:lang w:bidi="fa-IR"/>
        </w:rPr>
        <w:t>• اگر نصب نرم‌افزار با خطای دسترسی روبه‌رو شد، مجوز sudo را بررسی کنید یا از پشتیبانی کمک بگیرید.</w:t>
      </w:r>
    </w:p>
    <w:p w14:paraId="00C662C0" w14:textId="77777777" w:rsidR="00AA686A" w:rsidRDefault="00B53479" w:rsidP="004558AC">
      <w:pPr>
        <w:bidi/>
        <w:spacing w:after="40"/>
      </w:pPr>
      <w:r>
        <w:rPr>
          <w:sz w:val="22"/>
          <w:rtl/>
          <w:cs/>
          <w:lang w:bidi="fa-IR"/>
        </w:rPr>
        <w:t>• اگر انتقال فایل انجام نشد، IP، نام کاربری، مسیر مقصد، دسترسی SSH و فضای آزاد دیسک را بررسی کنید.</w:t>
      </w:r>
    </w:p>
    <w:p w14:paraId="55C7183F" w14:textId="77777777" w:rsidR="00AA686A" w:rsidRDefault="00B53479" w:rsidP="004558AC">
      <w:pPr>
        <w:bidi/>
        <w:spacing w:after="40"/>
      </w:pPr>
      <w:r>
        <w:rPr>
          <w:sz w:val="22"/>
          <w:rtl/>
          <w:cs/>
          <w:lang w:bidi="fa-IR"/>
        </w:rPr>
        <w:t>• اگر برنامه طولانی اجرا می‌شود، فایل run.log را بررسی کنید و پیش از اجرای چند کار سنگین، منابع آزاد ماشین را با free -h و top کنترل کنید.</w:t>
      </w:r>
    </w:p>
    <w:p w14:paraId="51FA0114" w14:textId="77777777" w:rsidR="00AA686A" w:rsidRDefault="00B53479" w:rsidP="004558AC">
      <w:pPr>
        <w:bidi/>
        <w:spacing w:after="40"/>
      </w:pPr>
      <w:r>
        <w:rPr>
          <w:sz w:val="22"/>
          <w:rtl/>
          <w:cs/>
          <w:lang w:bidi="fa-IR"/>
        </w:rPr>
        <w:t>• برای نصب ابزارهای توسعه C/C++، Fortran یا MPI ممکن است بسته‌های build-essential، gfortran، openmpi-bin و libopenmpi-dev لازم باشند؛ نصب آن‌ها باید مطابق سیاست مدیریت ماشین انجام شود.</w:t>
      </w:r>
    </w:p>
    <w:sectPr w:rsidR="00AA686A" w:rsidSect="00034616">
      <w:footerReference w:type="default" r:id="rId8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76079" w14:textId="77777777" w:rsidR="004254BB" w:rsidRDefault="004254BB">
      <w:pPr>
        <w:spacing w:after="0" w:line="240" w:lineRule="auto"/>
      </w:pPr>
      <w:r>
        <w:separator/>
      </w:r>
    </w:p>
  </w:endnote>
  <w:endnote w:type="continuationSeparator" w:id="0">
    <w:p w14:paraId="2C387667" w14:textId="77777777" w:rsidR="004254BB" w:rsidRDefault="0042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62102" w14:textId="0AC025FB" w:rsidR="00AA686A" w:rsidRDefault="00B53479">
    <w:pPr>
      <w:pStyle w:val="Footer"/>
      <w:bidi/>
      <w:jc w:val="center"/>
    </w:pPr>
    <w:r>
      <w:rPr>
        <w:color w:val="646464"/>
        <w:sz w:val="18"/>
        <w:szCs w:val="18"/>
        <w:rtl/>
        <w:lang w:bidi="fa-IR"/>
      </w:rPr>
      <w:t>راهنمای کاربران ماشین‌های مجازی محاسباتی | اوبونتو ۲۲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EEC0" w14:textId="77777777" w:rsidR="004254BB" w:rsidRDefault="004254BB">
      <w:pPr>
        <w:spacing w:after="0" w:line="240" w:lineRule="auto"/>
      </w:pPr>
      <w:r>
        <w:separator/>
      </w:r>
    </w:p>
  </w:footnote>
  <w:footnote w:type="continuationSeparator" w:id="0">
    <w:p w14:paraId="76A6BE93" w14:textId="77777777" w:rsidR="004254BB" w:rsidRDefault="004254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54BB"/>
    <w:rsid w:val="004558AC"/>
    <w:rsid w:val="00AA1D8D"/>
    <w:rsid w:val="00AA686A"/>
    <w:rsid w:val="00B47730"/>
    <w:rsid w:val="00B53479"/>
    <w:rsid w:val="00CB0664"/>
    <w:rsid w:val="00E23A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/"/>
  <w:listSeparator w:val="؛"/>
  <w14:docId w14:val="19E14822"/>
  <w14:defaultImageDpi w14:val="300"/>
  <w15:docId w15:val="{7FD8A303-50D3-4D10-A83B-FA04391BD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B Nazanin" w:eastAsia="B Nazanin" w:hAnsi="B Nazanin" w:cs="B Nazani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راهنمای کاربردی دستورات اوبونتو ۲۲.۰۴ برای HPC</dc:title>
  <dc:subject>راهنمای کاربران ماشین‌های مجازی محاسباتی</dc:subject>
  <dc:creator>راهنمای فناوری اطلاعات</dc:creator>
  <cp:keywords/>
  <dc:description>generated by python-docx</dc:description>
  <cp:lastModifiedBy>Windows11</cp:lastModifiedBy>
  <cp:revision>3</cp:revision>
  <dcterms:created xsi:type="dcterms:W3CDTF">2013-12-23T23:15:00Z</dcterms:created>
  <dcterms:modified xsi:type="dcterms:W3CDTF">2026-11-01T08:11:00Z</dcterms:modified>
  <cp:category/>
</cp:coreProperties>
</file>